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757F0B15" wp14:textId="77777777">
      <w:pPr>
        <w:pStyle w:val="Title"/>
      </w:pPr>
      <w:r>
        <w:t>Avisering för Digitoll till NTS Ørje AS</w:t>
      </w:r>
    </w:p>
    <w:p xmlns:wp14="http://schemas.microsoft.com/office/word/2010/wordml" w14:paraId="34DF1814" wp14:textId="77777777">
      <w:r>
        <w:t>1. NTS sänder in Master (Transportmelding)</w:t>
      </w:r>
    </w:p>
    <w:p xmlns:wp14="http://schemas.microsoft.com/office/word/2010/wordml" w14:paraId="50235292" wp14:textId="77777777">
      <w:r>
        <w:t>☐ JA  ☐ NEJ</w:t>
      </w:r>
    </w:p>
    <w:p xmlns:wp14="http://schemas.microsoft.com/office/word/2010/wordml" w14:paraId="73836D2F" wp14:textId="77777777">
      <w:r>
        <w:t>2. Kund/annan sänder in Master (Transportmelding)</w:t>
      </w:r>
    </w:p>
    <w:p xmlns:wp14="http://schemas.microsoft.com/office/word/2010/wordml" w14:paraId="56AA1E3C" wp14:textId="77777777">
      <w:r>
        <w:t>☐ JA  ☐ NEJ</w:t>
      </w:r>
      <w:r>
        <w:br/>
      </w:r>
      <w:r>
        <w:t>(Om ni svarar JA här återkommer NTS med MRN som referens på House)</w:t>
      </w:r>
    </w:p>
    <w:p xmlns:wp14="http://schemas.microsoft.com/office/word/2010/wordml" w14:paraId="04AB34D6" wp14:textId="77777777">
      <w:pPr>
        <w:pStyle w:val="Heading2"/>
      </w:pPr>
      <w:r>
        <w:t>UPPGIFTER OM TRANSPORTEN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xmlns:wp14="http://schemas.microsoft.com/office/word/2010/wordml" w14:paraId="1F677874" wp14:textId="77777777">
        <w:tc>
          <w:tcPr>
            <w:tcW w:w="4320" w:type="dxa"/>
          </w:tcPr>
          <w:p w14:paraId="4B840833" wp14:textId="77777777">
            <w:r>
              <w:t>Bilnummer vid gränspassering</w:t>
            </w:r>
          </w:p>
        </w:tc>
        <w:tc>
          <w:tcPr>
            <w:tcW w:w="4320" w:type="dxa"/>
          </w:tcPr>
          <w:p w14:paraId="510C577A" wp14:textId="77777777">
            <w:r>
              <w:t xml:space="preserve">      </w:t>
            </w:r>
          </w:p>
        </w:tc>
      </w:tr>
      <w:tr xmlns:wp14="http://schemas.microsoft.com/office/word/2010/wordml" w14:paraId="7A778B02" wp14:textId="77777777">
        <w:tc>
          <w:tcPr>
            <w:tcW w:w="4320" w:type="dxa"/>
          </w:tcPr>
          <w:p w14:paraId="01FDEA68" wp14:textId="77777777">
            <w:r>
              <w:t>Gränsövergång</w:t>
            </w:r>
          </w:p>
        </w:tc>
        <w:tc>
          <w:tcPr>
            <w:tcW w:w="4320" w:type="dxa"/>
          </w:tcPr>
          <w:p w14:paraId="0476DE45" wp14:textId="77777777">
            <w:r>
              <w:t xml:space="preserve">      </w:t>
            </w:r>
          </w:p>
        </w:tc>
      </w:tr>
      <w:tr xmlns:wp14="http://schemas.microsoft.com/office/word/2010/wordml" w14:paraId="4B548846" wp14:textId="77777777">
        <w:tc>
          <w:tcPr>
            <w:tcW w:w="4320" w:type="dxa"/>
          </w:tcPr>
          <w:p w14:paraId="6FBA065B" wp14:textId="77777777">
            <w:r>
              <w:t>Datum &amp; tid</w:t>
            </w:r>
          </w:p>
        </w:tc>
        <w:tc>
          <w:tcPr>
            <w:tcW w:w="4320" w:type="dxa"/>
          </w:tcPr>
          <w:p w14:paraId="16C4A925" wp14:textId="77777777">
            <w:r>
              <w:t xml:space="preserve">      </w:t>
            </w:r>
          </w:p>
        </w:tc>
      </w:tr>
    </w:tbl>
    <w:p xmlns:wp14="http://schemas.microsoft.com/office/word/2010/wordml" w14:paraId="765A5D9E" wp14:textId="77777777">
      <w:pPr>
        <w:pStyle w:val="Heading2"/>
      </w:pPr>
      <w:r>
        <w:t>UPPGIFTER OM TRANSPORTÖREN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xmlns:wp14="http://schemas.microsoft.com/office/word/2010/wordml" w:rsidTr="47C6CA8B" w14:paraId="62012A85" wp14:textId="77777777">
        <w:tc>
          <w:tcPr>
            <w:tcW w:w="4320" w:type="dxa"/>
            <w:tcMar/>
          </w:tcPr>
          <w:p w14:paraId="18977AC0" wp14:textId="3EEAAEE5">
            <w:r w:rsidR="47C6CA8B">
              <w:rPr/>
              <w:t>Namn</w:t>
            </w:r>
            <w:r w:rsidR="47C6CA8B">
              <w:rPr/>
              <w:t xml:space="preserve"> </w:t>
            </w:r>
          </w:p>
        </w:tc>
        <w:tc>
          <w:tcPr>
            <w:tcW w:w="4320" w:type="dxa"/>
            <w:tcMar/>
          </w:tcPr>
          <w:p w14:paraId="6A4EB685" wp14:textId="77777777">
            <w:r>
              <w:t xml:space="preserve">      </w:t>
            </w:r>
          </w:p>
        </w:tc>
      </w:tr>
      <w:tr xmlns:wp14="http://schemas.microsoft.com/office/word/2010/wordml" w:rsidTr="47C6CA8B" w14:paraId="5640F4BA" wp14:textId="77777777">
        <w:tc>
          <w:tcPr>
            <w:tcW w:w="4320" w:type="dxa"/>
            <w:tcMar/>
          </w:tcPr>
          <w:p w14:paraId="006F1301" wp14:textId="004E468D">
            <w:r w:rsidR="47C6CA8B">
              <w:rPr/>
              <w:t xml:space="preserve">EORI </w:t>
            </w:r>
          </w:p>
        </w:tc>
        <w:tc>
          <w:tcPr>
            <w:tcW w:w="4320" w:type="dxa"/>
            <w:tcMar/>
          </w:tcPr>
          <w:p w14:paraId="75DB6F87" wp14:textId="77777777">
            <w:r>
              <w:t xml:space="preserve">      </w:t>
            </w:r>
          </w:p>
        </w:tc>
      </w:tr>
      <w:tr xmlns:wp14="http://schemas.microsoft.com/office/word/2010/wordml" w:rsidTr="47C6CA8B" w14:paraId="5FC51D29" wp14:textId="77777777">
        <w:tc>
          <w:tcPr>
            <w:tcW w:w="4320" w:type="dxa"/>
            <w:tcMar/>
          </w:tcPr>
          <w:p w14:paraId="7718DA35" wp14:textId="12DB8FEB">
            <w:r w:rsidR="47C6CA8B">
              <w:rPr/>
              <w:t xml:space="preserve">Land </w:t>
            </w:r>
          </w:p>
        </w:tc>
        <w:tc>
          <w:tcPr>
            <w:tcW w:w="4320" w:type="dxa"/>
            <w:tcMar/>
          </w:tcPr>
          <w:p w14:paraId="0682543A" wp14:textId="77777777">
            <w:r>
              <w:t xml:space="preserve">      </w:t>
            </w:r>
          </w:p>
        </w:tc>
      </w:tr>
      <w:tr xmlns:wp14="http://schemas.microsoft.com/office/word/2010/wordml" w:rsidTr="47C6CA8B" w14:paraId="1F581D82" wp14:textId="77777777">
        <w:tc>
          <w:tcPr>
            <w:tcW w:w="4320" w:type="dxa"/>
            <w:tcMar/>
          </w:tcPr>
          <w:p w14:paraId="04A7C225" wp14:textId="668CFB5A">
            <w:r w:rsidR="47C6CA8B">
              <w:rPr/>
              <w:t xml:space="preserve">Ort </w:t>
            </w:r>
          </w:p>
        </w:tc>
        <w:tc>
          <w:tcPr>
            <w:tcW w:w="4320" w:type="dxa"/>
            <w:tcMar/>
          </w:tcPr>
          <w:p w14:paraId="023F18CF" wp14:textId="77777777">
            <w:r>
              <w:t xml:space="preserve">      </w:t>
            </w:r>
          </w:p>
        </w:tc>
      </w:tr>
      <w:tr xmlns:wp14="http://schemas.microsoft.com/office/word/2010/wordml" w:rsidTr="47C6CA8B" w14:paraId="20E7E1E6" wp14:textId="77777777">
        <w:tc>
          <w:tcPr>
            <w:tcW w:w="4320" w:type="dxa"/>
            <w:tcMar/>
          </w:tcPr>
          <w:p w14:paraId="69DBB52C" wp14:textId="3845311B">
            <w:r w:rsidR="47C6CA8B">
              <w:rPr/>
              <w:t xml:space="preserve">Tel </w:t>
            </w:r>
          </w:p>
        </w:tc>
        <w:tc>
          <w:tcPr>
            <w:tcW w:w="4320" w:type="dxa"/>
            <w:tcMar/>
          </w:tcPr>
          <w:p w14:paraId="3B033835" wp14:textId="77777777">
            <w:r>
              <w:t xml:space="preserve">      </w:t>
            </w:r>
          </w:p>
        </w:tc>
      </w:tr>
    </w:tbl>
    <w:p xmlns:wp14="http://schemas.microsoft.com/office/word/2010/wordml" w14:paraId="48FD57C8" wp14:textId="77777777">
      <w:pPr>
        <w:pStyle w:val="Heading2"/>
      </w:pPr>
      <w:r>
        <w:t>UPPGIFTER OM CHAUFFÖREN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xmlns:wp14="http://schemas.microsoft.com/office/word/2010/wordml" w14:paraId="13951C08" wp14:textId="77777777">
        <w:tc>
          <w:tcPr>
            <w:tcW w:w="4320" w:type="dxa"/>
          </w:tcPr>
          <w:p w14:paraId="37FD5B65" wp14:textId="77777777">
            <w:r>
              <w:t>Namn</w:t>
            </w:r>
          </w:p>
        </w:tc>
        <w:tc>
          <w:tcPr>
            <w:tcW w:w="4320" w:type="dxa"/>
          </w:tcPr>
          <w:p w14:paraId="764E9450" wp14:textId="77777777">
            <w:r>
              <w:t xml:space="preserve">      </w:t>
            </w:r>
          </w:p>
        </w:tc>
      </w:tr>
      <w:tr xmlns:wp14="http://schemas.microsoft.com/office/word/2010/wordml" w14:paraId="2E814CBC" wp14:textId="77777777">
        <w:tc>
          <w:tcPr>
            <w:tcW w:w="4320" w:type="dxa"/>
          </w:tcPr>
          <w:p w14:paraId="7364FFB1" wp14:textId="77777777">
            <w:r>
              <w:t>Tel</w:t>
            </w:r>
          </w:p>
        </w:tc>
        <w:tc>
          <w:tcPr>
            <w:tcW w:w="4320" w:type="dxa"/>
          </w:tcPr>
          <w:p w14:paraId="17CF7EFC" wp14:textId="77777777">
            <w:r>
              <w:t xml:space="preserve">      </w:t>
            </w:r>
          </w:p>
        </w:tc>
      </w:tr>
      <w:tr xmlns:wp14="http://schemas.microsoft.com/office/word/2010/wordml" w14:paraId="3DCC6B8B" wp14:textId="77777777">
        <w:tc>
          <w:tcPr>
            <w:tcW w:w="4320" w:type="dxa"/>
          </w:tcPr>
          <w:p w14:paraId="6F8FC66E" wp14:textId="77777777">
            <w:r>
              <w:t>Mail</w:t>
            </w:r>
          </w:p>
        </w:tc>
        <w:tc>
          <w:tcPr>
            <w:tcW w:w="4320" w:type="dxa"/>
          </w:tcPr>
          <w:p w14:paraId="51001A24" wp14:textId="77777777">
            <w:r>
              <w:t xml:space="preserve">      </w:t>
            </w:r>
          </w:p>
        </w:tc>
      </w:tr>
    </w:tbl>
    <w:sectPr w:rsidRPr="0006063C" w:rsidR="00FC693F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0BB22EF"/>
    <w:rsid w:val="47C6CA8B"/>
    <w:rsid w:val="5ADA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8012ED27-0C58-44A6-917F-2495F92F105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Henrik Arenö</dc:creator>
  <keywords/>
  <dc:description>generated by python-docx</dc:description>
  <lastModifiedBy>Henrik Arenö</lastModifiedBy>
  <revision>2</revision>
  <dcterms:created xsi:type="dcterms:W3CDTF">2026-08-24T11:39:13.0786047Z</dcterms:created>
  <dcterms:modified xsi:type="dcterms:W3CDTF">2026-08-24T12:39:23.2695746Z</dcterms:modified>
  <category/>
</coreProperties>
</file>